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BRIEF AN DAS KIND FÜR DIE KLASSENFAHRT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der Schule : ________________________________________________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An :</w:t>
      </w:r>
    </w:p>
    <w:p>
      <w:r>
        <w:rPr>
          <w:b w:val="0"/>
          <w:sz w:val="20"/>
        </w:rPr>
        <w:t>Name des Kindes : ______________________________________________</w:t>
      </w:r>
    </w:p>
    <w:p>
      <w:r>
        <w:rPr>
          <w:b w:val="0"/>
          <w:sz w:val="20"/>
        </w:rPr>
        <w:t>Klasse : _______________________________________________________</w:t>
      </w:r>
    </w:p>
    <w:p>
      <w:r>
        <w:rPr>
          <w:b w:val="0"/>
          <w:sz w:val="20"/>
        </w:rPr>
        <w:t>Schuljahr : 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Informationen und Verhaltensregeln zur Klassenfahrt</w:t>
      </w:r>
    </w:p>
    <w:p/>
    <w:p/>
    <w:p>
      <w:r>
        <w:rPr>
          <w:b/>
          <w:sz w:val="20"/>
        </w:rPr>
        <w:t>Liebe/r Schüler/in,</w:t>
      </w:r>
    </w:p>
    <w:p/>
    <w:p>
      <w:r>
        <w:rPr>
          <w:b w:val="0"/>
          <w:sz w:val="20"/>
        </w:rPr>
        <w:t>in Kürze findet unsere gemeinsame Klassenfahrt statt. Im Folgenden findest Du wichtige Informationen und Regeln für die Fahrt.</w:t>
      </w:r>
    </w:p>
    <w:p/>
    <w:p>
      <w:r>
        <w:rPr>
          <w:b/>
          <w:sz w:val="20"/>
        </w:rPr>
        <w:t>1. Reisedetails</w:t>
      </w:r>
    </w:p>
    <w:p>
      <w:r>
        <w:rPr>
          <w:b w:val="0"/>
          <w:sz w:val="20"/>
        </w:rPr>
        <w:t>Abfahrtsort und -zeit: _____________________________________________________</w:t>
      </w:r>
    </w:p>
    <w:p>
      <w:r>
        <w:rPr>
          <w:b w:val="0"/>
          <w:sz w:val="20"/>
        </w:rPr>
        <w:t>Rückkehr: _________________________________________________________________</w:t>
      </w:r>
    </w:p>
    <w:p>
      <w:r>
        <w:rPr>
          <w:b w:val="0"/>
          <w:sz w:val="20"/>
        </w:rPr>
        <w:t>Unterkunft: _________________________________________________________________</w:t>
      </w:r>
    </w:p>
    <w:p>
      <w:r>
        <w:rPr>
          <w:b w:val="0"/>
          <w:sz w:val="20"/>
        </w:rPr>
        <w:t>Verpflegung wird während der Fahrt organisiert.</w:t>
      </w:r>
    </w:p>
    <w:p/>
    <w:p>
      <w:r>
        <w:rPr>
          <w:b/>
          <w:sz w:val="20"/>
        </w:rPr>
        <w:t>2. Verhaltensregeln</w:t>
      </w:r>
    </w:p>
    <w:p>
      <w:r>
        <w:rPr>
          <w:b w:val="0"/>
          <w:sz w:val="20"/>
        </w:rPr>
        <w:t>• Pünktlichkeit ist wichtig, deshalb erscheine rechtzeitig an den vereinbarten Treffpunkten.</w:t>
      </w:r>
    </w:p>
    <w:p>
      <w:r>
        <w:rPr>
          <w:b w:val="0"/>
          <w:sz w:val="20"/>
        </w:rPr>
        <w:t>• Respektiere die Mitschüler/innen, Lehrer/innen und das Personal vor Ort.</w:t>
      </w:r>
    </w:p>
    <w:p>
      <w:r>
        <w:rPr>
          <w:b w:val="0"/>
          <w:sz w:val="20"/>
        </w:rPr>
        <w:t>• Befolge die Anweisungen der Begleitpersonen jederzeit.</w:t>
      </w:r>
    </w:p>
    <w:p>
      <w:r>
        <w:rPr>
          <w:b w:val="0"/>
          <w:sz w:val="20"/>
        </w:rPr>
        <w:t>• Alkohol, Rauchen und Drogen sind streng verboten.</w:t>
      </w:r>
    </w:p>
    <w:p>
      <w:r>
        <w:rPr>
          <w:b w:val="0"/>
          <w:sz w:val="20"/>
        </w:rPr>
        <w:t>• Sorge für Deinen persönlichen Besitz und den der Gruppe.</w:t>
      </w:r>
    </w:p>
    <w:p/>
    <w:p>
      <w:r>
        <w:rPr>
          <w:b/>
          <w:sz w:val="20"/>
        </w:rPr>
        <w:t>3. Was Du mitbringen solltest</w:t>
      </w:r>
    </w:p>
    <w:p>
      <w:r>
        <w:rPr>
          <w:b w:val="0"/>
          <w:sz w:val="20"/>
        </w:rPr>
        <w:t>• Kleidung passend zur Wetterlage und für sportliche Aktivitäten.</w:t>
      </w:r>
    </w:p>
    <w:p>
      <w:r>
        <w:rPr>
          <w:b w:val="0"/>
          <w:sz w:val="20"/>
        </w:rPr>
        <w:t>• Toilettenartikel und persönliche Medikamente.</w:t>
      </w:r>
    </w:p>
    <w:p>
      <w:r>
        <w:rPr>
          <w:b w:val="0"/>
          <w:sz w:val="20"/>
        </w:rPr>
        <w:t>• Geld für Taschengeld und eventuell Ausflüge.</w:t>
      </w:r>
    </w:p>
    <w:p>
      <w:r>
        <w:rPr>
          <w:b w:val="0"/>
          <w:sz w:val="20"/>
        </w:rPr>
        <w:t>• Einen gültigen Schülerausweis und ggf. Krankenkassenkarte.</w:t>
      </w:r>
    </w:p>
    <w:p/>
    <w:p>
      <w:r>
        <w:rPr>
          <w:b/>
          <w:sz w:val="20"/>
        </w:rPr>
        <w:t>4. Notfallkontakte</w:t>
      </w:r>
    </w:p>
    <w:p>
      <w:r>
        <w:rPr>
          <w:b w:val="0"/>
          <w:sz w:val="20"/>
        </w:rPr>
        <w:t>Falls etwas passiert oder Du Hilfe brauchst, erreichst Du uns unter:</w:t>
      </w:r>
    </w:p>
    <w:p>
      <w:r>
        <w:rPr>
          <w:b w:val="0"/>
          <w:sz w:val="20"/>
        </w:rPr>
        <w:t>Lehrer/in : ___________________________________ Telefon : ___________________</w:t>
      </w:r>
    </w:p>
    <w:p>
      <w:r>
        <w:rPr>
          <w:b w:val="0"/>
          <w:sz w:val="20"/>
        </w:rPr>
        <w:t>Schulsekretariat : ____________________________ Telefon : ___________________</w:t>
      </w:r>
    </w:p>
    <w:p/>
    <w:p>
      <w:r>
        <w:rPr>
          <w:b w:val="0"/>
          <w:sz w:val="20"/>
        </w:rPr>
        <w:t>Wir freuen uns auf eine schöne und erlebnisreiche Klassenfahrt mit Dir!</w:t>
      </w:r>
    </w:p>
    <w:p/>
    <w:p/>
    <w:p>
      <w:r>
        <w:rPr>
          <w:b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Klassenleitung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https://vorlagenfy.com/brief-an-kind-auf-klassenfahrt/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brief-an-kind-auf-klassenfahrt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