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0"/>
        </w:rPr>
        <w:t>Max Mustermann</w:t>
      </w:r>
    </w:p>
    <w:p>
      <w:r>
        <w:rPr>
          <w:b w:val="0"/>
          <w:sz w:val="20"/>
        </w:rPr>
        <w:t>Musterstraße 1</w:t>
      </w:r>
    </w:p>
    <w:p>
      <w:r>
        <w:rPr>
          <w:b w:val="0"/>
          <w:sz w:val="20"/>
        </w:rPr>
        <w:t>12345 Musterstadt</w:t>
      </w:r>
    </w:p>
    <w:p>
      <w:r>
        <w:rPr>
          <w:b w:val="0"/>
          <w:sz w:val="20"/>
        </w:rPr>
        <w:t>Telefon: 01234 / 567890</w:t>
      </w:r>
    </w:p>
    <w:p>
      <w:r>
        <w:rPr>
          <w:b w:val="0"/>
          <w:sz w:val="20"/>
        </w:rPr>
        <w:t>E-Mail: max.mustermann@email.de</w:t>
      </w:r>
    </w:p>
    <w:p/>
    <w:p/>
    <w:p>
      <w:r>
        <w:rPr>
          <w:b w:val="0"/>
          <w:sz w:val="20"/>
        </w:rPr>
        <w:t>Medizinischer Dienst</w:t>
      </w:r>
    </w:p>
    <w:p>
      <w:r>
        <w:rPr>
          <w:b w:val="0"/>
          <w:sz w:val="20"/>
        </w:rPr>
        <w:t>Musterstraße 10</w:t>
      </w:r>
    </w:p>
    <w:p>
      <w:r>
        <w:rPr>
          <w:b w:val="0"/>
          <w:sz w:val="20"/>
        </w:rPr>
        <w:t>12345 Musterstadt</w:t>
      </w:r>
    </w:p>
    <w:p/>
    <w:p/>
    <w:p>
      <w:pPr>
        <w:jc w:val="center"/>
      </w:pPr>
      <w:r>
        <w:rPr>
          <w:b/>
          <w:sz w:val="20"/>
        </w:rPr>
        <w:t>Bewerbung als Medizinischer Dienstleister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bewerbe ich mich um die Stelle als Medizinischer Dienstleister in Ihrem Hause.</w:t>
      </w:r>
    </w:p>
    <w:p/>
    <w:p>
      <w:r>
        <w:rPr>
          <w:b w:val="0"/>
          <w:sz w:val="20"/>
        </w:rPr>
        <w:t>Ich verfüge über fundierte Kenntnisse in der medizinischen Betreuung und Beratung, die ich durch meine mehrjährige Berufserfahrung erworben habe. Zuverlässigkeit, Einfühlungsvermögen und eine sorgfältige Arbeitsweise zeichnen mich aus.</w:t>
      </w:r>
    </w:p>
    <w:p/>
    <w:p>
      <w:r>
        <w:rPr>
          <w:b/>
          <w:sz w:val="20"/>
        </w:rPr>
        <w:t>Zu meinen wichtigsten Qualifikationen gehören:</w:t>
      </w:r>
    </w:p>
    <w:p>
      <w:r>
        <w:rPr>
          <w:b w:val="0"/>
          <w:sz w:val="20"/>
        </w:rPr>
        <w:t>• Umfangreiche Erfahrung im Umgang mit Patientinnen und Patienten</w:t>
      </w:r>
    </w:p>
    <w:p>
      <w:r>
        <w:rPr>
          <w:b w:val="0"/>
          <w:sz w:val="20"/>
        </w:rPr>
        <w:t>• Kenntnisse der rechtlichen Rahmenbedingungen im medizinischen Dienst</w:t>
      </w:r>
    </w:p>
    <w:p>
      <w:r>
        <w:rPr>
          <w:b w:val="0"/>
          <w:sz w:val="20"/>
        </w:rPr>
        <w:t>• Sicherer Umgang mit Dokumentation und Berichterstattung</w:t>
      </w:r>
    </w:p>
    <w:p>
      <w:r>
        <w:rPr>
          <w:b w:val="0"/>
          <w:sz w:val="20"/>
        </w:rPr>
        <w:t>• Teamfähigkeit und Verantwortungsbewusstsein</w:t>
      </w:r>
    </w:p>
    <w:p/>
    <w:p>
      <w:r>
        <w:rPr>
          <w:b w:val="0"/>
          <w:sz w:val="20"/>
        </w:rPr>
        <w:t>Neben meinen fachlichen Fähigkeiten bin ich belastbar, flexibel und stets freundlich im Auftreten.</w:t>
      </w:r>
    </w:p>
    <w:p/>
    <w:p>
      <w:r>
        <w:rPr>
          <w:b w:val="0"/>
          <w:sz w:val="20"/>
        </w:rPr>
        <w:t>Ich freue mich sehr über die Möglichkeit, mich persönlich bei Ihnen vorzustellen und weitere Details zu besprechen.</w:t>
      </w:r>
    </w:p>
    <w:p/>
    <w:p>
      <w:r>
        <w:rPr>
          <w:b w:val="0"/>
          <w:sz w:val="20"/>
        </w:rPr>
        <w:t>Mit freundlichen Grüßen</w:t>
      </w:r>
    </w:p>
    <w:p/>
    <w:p/>
    <w:p/>
    <w:p>
      <w:r>
        <w:rPr>
          <w:b w:val="0"/>
          <w:sz w:val="20"/>
        </w:rPr>
        <w:t>Max Mustermann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Anlagen: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• Lebenslauf</w:t>
              <w:br/>
              <w:t>• Zeugnisse</w:t>
              <w:br/>
              <w:t>• Weiterbildungsnachweise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https://vorlagenfy.com/bewerbung-medizinischer-dienst-vorlage/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bewerbung-medizinischer-dienst-vor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