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BESCHWERDESCHREIBEN AN DIE HAUSVERWALTUNG</w:t>
      </w:r>
    </w:p>
    <w:p/>
    <w:p>
      <w:r>
        <w:rPr>
          <w:b/>
          <w:sz w:val="20"/>
        </w:rPr>
        <w:t>Hausverwaltung :</w:t>
      </w:r>
    </w:p>
    <w:p>
      <w:r>
        <w:rPr>
          <w:b w:val="0"/>
          <w:sz w:val="20"/>
        </w:rPr>
        <w:t>Name/Firma der Hausverwaltung ________________________________</w:t>
      </w:r>
    </w:p>
    <w:p>
      <w:r>
        <w:rPr>
          <w:b w:val="0"/>
          <w:sz w:val="20"/>
        </w:rPr>
        <w:t>Straße und Hausnummer _______________________________________</w:t>
      </w:r>
    </w:p>
    <w:p>
      <w:r>
        <w:rPr>
          <w:b w:val="0"/>
          <w:sz w:val="20"/>
        </w:rPr>
        <w:t>PLZ und Ort ________________________________________________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Vor- und Nachname : __________________________________________</w:t>
      </w:r>
    </w:p>
    <w:p>
      <w:r>
        <w:rPr>
          <w:b w:val="0"/>
          <w:sz w:val="20"/>
        </w:rPr>
        <w:t>Straße und Hausnummer : ______________________________________</w:t>
      </w:r>
    </w:p>
    <w:p>
      <w:r>
        <w:rPr>
          <w:b w:val="0"/>
          <w:sz w:val="20"/>
        </w:rPr>
        <w:t>PLZ und Ort : ________________________________________________</w:t>
      </w:r>
    </w:p>
    <w:p>
      <w:r>
        <w:rPr>
          <w:b w:val="0"/>
          <w:sz w:val="20"/>
        </w:rPr>
        <w:t>Telefonnummer : 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Beschwerde wegen Mängeln und/oder Störungen in der Mietwohnung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möchte ich mich bezüglich folgender Mängel und/oder Störungen in meiner Mietwohnung beschweren:</w:t>
      </w:r>
    </w:p>
    <w:p/>
    <w:p>
      <w:r>
        <w:rPr>
          <w:b/>
          <w:sz w:val="20"/>
        </w:rPr>
        <w:t>Beschreibung der Mängel/Störungen :</w:t>
      </w:r>
    </w:p>
    <w:p>
      <w:r>
        <w:rPr>
          <w:b w:val="0"/>
          <w:sz w:val="20"/>
        </w:rPr>
        <w:t>___________________________________________________________________________________________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</w:t>
      </w:r>
    </w:p>
    <w:p/>
    <w:p>
      <w:r>
        <w:rPr>
          <w:b w:val="0"/>
          <w:sz w:val="20"/>
        </w:rPr>
        <w:t>Ich fordere Sie hiermit auf, die genannten Mängel unverzüglich zu beheben, um weitere Beeinträchtigungen meiner Wohnqualität zu vermeiden.</w:t>
      </w:r>
    </w:p>
    <w:p/>
    <w:p>
      <w:r>
        <w:rPr>
          <w:b w:val="0"/>
          <w:sz w:val="20"/>
        </w:rPr>
        <w:t>Gemäß § 536 BGB steht mir als Mieterin/Mieter das Recht auf eine mangelfreie Wohnung zu. Sollte die Mängelbeseitigung nicht zeitnah erfolgen, behalte ich mir weitere rechtliche Schritte vor.</w:t>
      </w:r>
    </w:p>
    <w:p/>
    <w:p>
      <w:r>
        <w:rPr>
          <w:b w:val="0"/>
          <w:sz w:val="20"/>
        </w:rPr>
        <w:t>Bitte bestätigen Sie mir den Erhalt dieser Beschwerde und teilen Sie mir mit, welche Maßnahmen Sie zur Behebung der Mängel ergreifen werden.</w:t>
      </w:r>
    </w:p>
    <w:p/>
    <w:p/>
    <w:p>
      <w:r>
        <w:rPr>
          <w:b w:val="0"/>
          <w:sz w:val="20"/>
        </w:rPr>
        <w:t>Mit freundlichen Grüßen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</w:t>
              <w:br/>
              <w:t>Unterschrift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https://vorlagenfy.com/beschwerde-an-hausverwaltung/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beschwerde-an-hausverwaltung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