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BEGRÜSSUNGSSCHREIBEN DES VEREINS</w:t>
      </w:r>
    </w:p>
    <w:p/>
    <w:p>
      <w:r>
        <w:rPr>
          <w:b w:val="0"/>
          <w:sz w:val="20"/>
        </w:rPr>
        <w:t>Name des Vereins : ________________________________</w:t>
      </w:r>
    </w:p>
    <w:p>
      <w:r>
        <w:rPr>
          <w:b w:val="0"/>
          <w:sz w:val="20"/>
        </w:rPr>
        <w:t>Anschrift : ________________________________________</w:t>
      </w:r>
    </w:p>
    <w:p>
      <w:r>
        <w:rPr>
          <w:b w:val="0"/>
          <w:sz w:val="20"/>
        </w:rPr>
        <w:t>Telefon : _________________________________________</w:t>
      </w:r>
    </w:p>
    <w:p>
      <w:r>
        <w:rPr>
          <w:b w:val="0"/>
          <w:sz w:val="20"/>
        </w:rPr>
        <w:t>E-Mail : __________________________________________</w:t>
      </w:r>
    </w:p>
    <w:p/>
    <w:p/>
    <w:p>
      <w:r>
        <w:rPr>
          <w:b/>
          <w:sz w:val="20"/>
        </w:rPr>
        <w:t>An:</w:t>
      </w:r>
    </w:p>
    <w:p>
      <w:r>
        <w:rPr>
          <w:b w:val="0"/>
          <w:sz w:val="20"/>
        </w:rPr>
        <w:t>Vor- und Nachname : ________________________________________</w:t>
      </w:r>
    </w:p>
    <w:p>
      <w:r>
        <w:rPr>
          <w:b w:val="0"/>
          <w:sz w:val="20"/>
        </w:rPr>
        <w:t>Anschrift : _______________________________________________</w:t>
      </w:r>
    </w:p>
    <w:p/>
    <w:p/>
    <w:p>
      <w:r>
        <w:rPr>
          <w:b/>
          <w:sz w:val="20"/>
        </w:rPr>
        <w:t>Sehr geehrte Damen und Herren,</w:t>
      </w:r>
    </w:p>
    <w:p/>
    <w:p>
      <w:r>
        <w:rPr>
          <w:b w:val="0"/>
          <w:sz w:val="20"/>
        </w:rPr>
        <w:t>wir freuen uns, Sie als neues Mitglied in unserem Verein begrüßen zu dürfen. Unser Verein steht für Gemeinschaft, Engagement und vielfältige Aktivitäten.</w:t>
      </w:r>
    </w:p>
    <w:p>
      <w:r>
        <w:rPr>
          <w:b w:val="0"/>
          <w:sz w:val="20"/>
        </w:rPr>
        <w:t>Als Mitglied haben Sie die Möglichkeit, an allen Veranstaltungen teilzunehmen sowie von unseren Angeboten und Kursen zu profitieren.</w:t>
      </w:r>
    </w:p>
    <w:p>
      <w:r>
        <w:rPr>
          <w:b w:val="0"/>
          <w:sz w:val="20"/>
        </w:rPr>
        <w:t>Bitte beachten Sie die beigefügten Unterlagen zu unseren Vereinsstatuten, Mitgliedsbeiträgen und Datenschutzbestimmungen.</w:t>
      </w:r>
    </w:p>
    <w:p/>
    <w:p>
      <w:r>
        <w:rPr>
          <w:b w:val="0"/>
          <w:sz w:val="20"/>
        </w:rPr>
        <w:t>Für Fragen und weitere Informationen stehen wir Ihnen jederzeit gerne zur Verfügung.</w:t>
      </w:r>
    </w:p>
    <w:p>
      <w:r>
        <w:rPr>
          <w:b w:val="0"/>
          <w:sz w:val="20"/>
        </w:rPr>
        <w:t>Wir freuen uns auf eine erfolgreiche und angenehme Zusammenarbeit.</w:t>
      </w:r>
    </w:p>
    <w:p/>
    <w:p/>
    <w:p>
      <w:r>
        <w:rPr>
          <w:b/>
          <w:sz w:val="20"/>
        </w:rPr>
        <w:t>Mit freundlichen Grüßen,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Vorsitzender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Geschäftsführer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https://vorlagenfy.com/begrusssungsschreiben-verein-muster/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begrusssungsschreiben-verein-muster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