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AUSSERORDENTLICHE KÜNDIGUNG INTERNETVERTRAG WEGEN UMZUG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E-Mail : 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Name/Firma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Außerordentliche Kündigung meines Internetvertrags aufgrund Umzugs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 xml:space="preserve">hiermit kündige ich meinen bestehenden Internetvertrag außerordentlich zum nächstmöglichen Zeitpunkt aufgrund meines Umzugs. </w:t>
      </w:r>
    </w:p>
    <w:p>
      <w:r>
        <w:rPr>
          <w:b w:val="0"/>
          <w:sz w:val="20"/>
        </w:rPr>
        <w:t>Da an meiner neuen Anschrift Ihr Internetdienst nicht verfügbar ist, sehe ich mich zu diesem Schritt gezwungen.</w:t>
      </w:r>
    </w:p>
    <w:p/>
    <w:p>
      <w:r>
        <w:rPr>
          <w:b/>
          <w:sz w:val="20"/>
        </w:rPr>
        <w:t>Vertragsdaten :</w:t>
      </w:r>
    </w:p>
    <w:p>
      <w:r>
        <w:rPr>
          <w:b w:val="0"/>
          <w:sz w:val="20"/>
        </w:rPr>
        <w:t>Kundennummer : ________________________________</w:t>
      </w:r>
    </w:p>
    <w:p>
      <w:r>
        <w:rPr>
          <w:b w:val="0"/>
          <w:sz w:val="20"/>
        </w:rPr>
        <w:t>Vertragsnummer : _______________________________</w:t>
      </w:r>
    </w:p>
    <w:p>
      <w:r>
        <w:rPr>
          <w:b w:val="0"/>
          <w:sz w:val="20"/>
        </w:rPr>
        <w:t>Bereits genutzte Services : _____________________________________</w:t>
      </w:r>
    </w:p>
    <w:p/>
    <w:p>
      <w:r>
        <w:rPr>
          <w:b/>
          <w:sz w:val="20"/>
        </w:rPr>
        <w:t>Neuer Wohnort :</w:t>
      </w:r>
    </w:p>
    <w:p>
      <w:r>
        <w:rPr>
          <w:b w:val="0"/>
          <w:sz w:val="20"/>
        </w:rPr>
        <w:t>Straße und Hausnummer : _______________________________________</w:t>
      </w:r>
    </w:p>
    <w:p>
      <w:r>
        <w:rPr>
          <w:b w:val="0"/>
          <w:sz w:val="20"/>
        </w:rPr>
        <w:t>PLZ und Ort : _________________________________________________</w:t>
      </w:r>
    </w:p>
    <w:p/>
    <w:p>
      <w:r>
        <w:rPr>
          <w:b w:val="0"/>
          <w:sz w:val="20"/>
        </w:rPr>
        <w:t>Bitte bestätigen Sie mir schriftlich den Eingang der Kündigung sowie das Vertragsende.</w:t>
      </w:r>
    </w:p>
    <w:p/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    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Internet-Anbieter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https://vorlagenfy.com/aussserordentliche-kundigung-internet-umzug/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ussserordentliche-kundigung-internet-umzu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