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AUSHANG WOHNUNG ZU VERMIETEN</w:t>
      </w:r>
    </w:p>
    <w:p/>
    <w:p>
      <w:r>
        <w:rPr>
          <w:b/>
          <w:sz w:val="20"/>
        </w:rPr>
        <w:t>Adresse der Wohnung:</w:t>
      </w:r>
    </w:p>
    <w:p>
      <w:r>
        <w:rPr>
          <w:b w:val="0"/>
          <w:sz w:val="20"/>
        </w:rPr>
        <w:t>Straße, Hausnummer : __________________________________________</w:t>
      </w:r>
    </w:p>
    <w:p>
      <w:r>
        <w:rPr>
          <w:b w:val="0"/>
          <w:sz w:val="20"/>
        </w:rPr>
        <w:t>PLZ, Ort : _____________________________________________________</w:t>
      </w:r>
    </w:p>
    <w:p/>
    <w:p>
      <w:r>
        <w:rPr>
          <w:b/>
          <w:sz w:val="20"/>
        </w:rPr>
        <w:t>Wohnungsdetails:</w:t>
      </w:r>
    </w:p>
    <w:p>
      <w:r>
        <w:rPr>
          <w:b w:val="0"/>
          <w:sz w:val="20"/>
        </w:rPr>
        <w:t>Zimmeranzahl : ____________</w:t>
      </w:r>
    </w:p>
    <w:p>
      <w:r>
        <w:rPr>
          <w:b w:val="0"/>
          <w:sz w:val="20"/>
        </w:rPr>
        <w:t>Wohnfläche : ____________ m²</w:t>
      </w:r>
    </w:p>
    <w:p>
      <w:r>
        <w:rPr>
          <w:b w:val="0"/>
          <w:sz w:val="20"/>
        </w:rPr>
        <w:t>Etage : ____________</w:t>
      </w:r>
    </w:p>
    <w:p>
      <w:r>
        <w:rPr>
          <w:b w:val="0"/>
          <w:sz w:val="20"/>
        </w:rPr>
        <w:t>Baujahr des Gebäudes : ____________</w:t>
      </w:r>
    </w:p>
    <w:p>
      <w:r>
        <w:rPr>
          <w:b w:val="0"/>
          <w:sz w:val="20"/>
        </w:rPr>
        <w:t>Heizungsart : _________________________________________________</w:t>
      </w:r>
    </w:p>
    <w:p>
      <w:r>
        <w:rPr>
          <w:b w:val="0"/>
          <w:sz w:val="20"/>
        </w:rPr>
        <w:t>Kaltmiete : ____________ EUR</w:t>
      </w:r>
    </w:p>
    <w:p>
      <w:r>
        <w:rPr>
          <w:b w:val="0"/>
          <w:sz w:val="20"/>
        </w:rPr>
        <w:t>Nebenkosten : ____________ EUR</w:t>
      </w:r>
    </w:p>
    <w:p>
      <w:r>
        <w:rPr>
          <w:b w:val="0"/>
          <w:sz w:val="20"/>
        </w:rPr>
        <w:t>Gesamtmiete : ____________ EUR</w:t>
      </w:r>
    </w:p>
    <w:p/>
    <w:p>
      <w:r>
        <w:rPr>
          <w:b/>
          <w:sz w:val="20"/>
        </w:rPr>
        <w:t>Ausstattungsmerkmale:</w:t>
      </w:r>
    </w:p>
    <w:p>
      <w:r>
        <w:rPr>
          <w:b w:val="0"/>
          <w:sz w:val="20"/>
        </w:rPr>
        <w:t>- Balkon / Terrasse: ____________________________________________</w:t>
      </w:r>
    </w:p>
    <w:p>
      <w:r>
        <w:rPr>
          <w:b w:val="0"/>
          <w:sz w:val="20"/>
        </w:rPr>
        <w:t>- Einbauküche : _______________________________________________</w:t>
      </w:r>
    </w:p>
    <w:p>
      <w:r>
        <w:rPr>
          <w:b w:val="0"/>
          <w:sz w:val="20"/>
        </w:rPr>
        <w:t>- Keller : _____________________________________________________</w:t>
      </w:r>
    </w:p>
    <w:p>
      <w:r>
        <w:rPr>
          <w:b w:val="0"/>
          <w:sz w:val="20"/>
        </w:rPr>
        <w:t>- Stellplatz / Garage : _________________________________________</w:t>
      </w:r>
    </w:p>
    <w:p>
      <w:r>
        <w:rPr>
          <w:b w:val="0"/>
          <w:sz w:val="20"/>
        </w:rPr>
        <w:t>- Barrierefrei : _______________________________________________</w:t>
      </w:r>
    </w:p>
    <w:p>
      <w:r>
        <w:rPr>
          <w:b w:val="0"/>
          <w:sz w:val="20"/>
        </w:rPr>
        <w:t>- Haustiere erlaubt : ___________________________________________</w:t>
      </w:r>
    </w:p>
    <w:p>
      <w:r>
        <w:rPr>
          <w:b w:val="0"/>
          <w:sz w:val="20"/>
        </w:rPr>
        <w:t>- Sonstiges : _________________________________________________</w:t>
      </w:r>
    </w:p>
    <w:p/>
    <w:p>
      <w:r>
        <w:rPr>
          <w:b/>
          <w:sz w:val="20"/>
        </w:rPr>
        <w:t>Besichtigung:</w:t>
      </w:r>
    </w:p>
    <w:p>
      <w:r>
        <w:rPr>
          <w:b w:val="0"/>
          <w:sz w:val="20"/>
        </w:rPr>
        <w:t>Besichtigungen sind nach vorheriger Terminvereinbarung möglich.</w:t>
      </w:r>
    </w:p>
    <w:p/>
    <w:p>
      <w:r>
        <w:rPr>
          <w:b/>
          <w:sz w:val="20"/>
        </w:rPr>
        <w:t>Kontakt:</w:t>
      </w:r>
    </w:p>
    <w:p>
      <w:r>
        <w:rPr>
          <w:b w:val="0"/>
          <w:sz w:val="20"/>
        </w:rPr>
        <w:t>Name : _______________________________________________________</w:t>
      </w:r>
    </w:p>
    <w:p>
      <w:r>
        <w:rPr>
          <w:b w:val="0"/>
          <w:sz w:val="20"/>
        </w:rPr>
        <w:t>Telefonnummer : _______________________________________________</w:t>
      </w:r>
    </w:p>
    <w:p>
      <w:r>
        <w:rPr>
          <w:b w:val="0"/>
          <w:sz w:val="20"/>
        </w:rPr>
        <w:t>E-Mail : _____________________________________________________</w:t>
      </w:r>
    </w:p>
    <w:p/>
    <w:p>
      <w:r>
        <w:rPr>
          <w:b/>
          <w:sz w:val="20"/>
        </w:rPr>
        <w:t>Wichtige Hinweise:</w:t>
      </w:r>
    </w:p>
    <w:p>
      <w:r>
        <w:rPr>
          <w:b w:val="0"/>
          <w:sz w:val="20"/>
        </w:rPr>
        <w:t>Es wird auf die Vorlagepflicht eines Einkommensnachweises und einer SCHUFA-Auskunft hingewiesen.</w:t>
      </w:r>
    </w:p>
    <w:p>
      <w:r>
        <w:rPr>
          <w:b w:val="0"/>
          <w:sz w:val="20"/>
        </w:rPr>
        <w:t>Die Wohnung wird unmöbliert vermietet.</w:t>
      </w:r>
    </w:p>
    <w:p>
      <w:r>
        <w:rPr>
          <w:b w:val="0"/>
          <w:sz w:val="20"/>
        </w:rPr>
        <w:t>Der Mietvertrag wird nach deutschem Recht geschlossen.</w:t>
      </w:r>
    </w:p>
    <w:p>
      <w:r>
        <w:rPr>
          <w:b w:val="0"/>
          <w:sz w:val="20"/>
        </w:rPr>
        <w:t>Mietbeginn und -dauer nach Vereinbarung.</w:t>
      </w:r>
    </w:p>
    <w:p/>
    <w:p/>
    <w:p>
      <w:r>
        <w:rPr>
          <w:b w:val="0"/>
          <w:sz w:val="20"/>
        </w:rPr>
        <w:t>Ort : ____________________________________</w:t>
      </w:r>
    </w:p>
    <w:p>
      <w:r>
        <w:rPr>
          <w:b w:val="0"/>
          <w:sz w:val="20"/>
        </w:rPr>
        <w:t>Unterschrift Vermieter : 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 (bei Vertragsabschluss)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https://vorlagenfy.com/aushang-wohnung-zu-vermieten-muster/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aushang-wohnung-zu-vermiet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