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 WÄHREND DER PROBEZEIT</w:t>
      </w:r>
    </w:p>
    <w:p/>
    <w:p>
      <w:r>
        <w:rPr>
          <w:b/>
          <w:sz w:val="20"/>
        </w:rPr>
        <w:t>Zwischen</w:t>
      </w:r>
    </w:p>
    <w:p>
      <w:r>
        <w:rPr>
          <w:b/>
          <w:sz w:val="20"/>
        </w:rPr>
        <w:t>Arbeitgeber :</w:t>
      </w:r>
    </w:p>
    <w:p>
      <w:r>
        <w:rPr>
          <w:b w:val="0"/>
          <w:sz w:val="20"/>
        </w:rPr>
        <w:t>Name/Firma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pPr>
        <w:jc w:val="center"/>
      </w:pPr>
      <w:r>
        <w:rPr>
          <w:b/>
          <w:sz w:val="20"/>
        </w:rPr>
        <w:t>und</w:t>
      </w:r>
    </w:p>
    <w:p/>
    <w:p>
      <w:r>
        <w:rPr>
          <w:b/>
          <w:sz w:val="20"/>
        </w:rPr>
        <w:t>Arbeitnehmer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Präambel :</w:t>
      </w:r>
    </w:p>
    <w:p>
      <w:r>
        <w:rPr>
          <w:b w:val="0"/>
          <w:sz w:val="20"/>
        </w:rPr>
        <w:t>Die Parteien sind einvernehmlich daran interessiert, das zwischen ihnen bestehende Arbeitsverhältnis während der vereinbarten Probezeit aufzuheben. Die Parteien bestätigen, dass keine weiteren Ansprüche aus dem Arbeitsverhältnis bestehen.</w:t>
      </w:r>
    </w:p>
    <w:p/>
    <w:p>
      <w:r>
        <w:rPr>
          <w:b/>
          <w:sz w:val="20"/>
        </w:rPr>
        <w:t>§ 1 – Aufhebung des Arbeitsverhältnisses</w:t>
      </w:r>
    </w:p>
    <w:p>
      <w:r>
        <w:rPr>
          <w:b w:val="0"/>
          <w:sz w:val="20"/>
        </w:rPr>
        <w:t>Das Arbeitsverhältnis zwischen Arbeitgeber und Arbeitnehmer wird mit sofortiger Wirkung / zum _______________ einvernehmlich aufgehoben.</w:t>
      </w:r>
    </w:p>
    <w:p/>
    <w:p>
      <w:r>
        <w:rPr>
          <w:b/>
          <w:sz w:val="20"/>
        </w:rPr>
        <w:t>§ 2 – Ansprüche</w:t>
      </w:r>
    </w:p>
    <w:p>
      <w:r>
        <w:rPr>
          <w:b w:val="0"/>
          <w:sz w:val="20"/>
        </w:rPr>
        <w:t>Mit Erfüllung dieses Vertrages sind alle gegenseitigen Ansprüche aus dem Arbeitsverhältnis und dessen Beendigung abgegolten. Insbesondere sind keine Ansprüche auf Arbeitslohn, Urlaub oder sonstige Leistungen mehr offen.</w:t>
      </w:r>
    </w:p>
    <w:p/>
    <w:p>
      <w:r>
        <w:rPr>
          <w:b/>
          <w:sz w:val="20"/>
        </w:rPr>
        <w:t>§ 3 – Rückgabe von Arbeitsmitteln</w:t>
      </w:r>
    </w:p>
    <w:p>
      <w:r>
        <w:rPr>
          <w:b w:val="0"/>
          <w:sz w:val="20"/>
        </w:rPr>
        <w:t>Der Arbeitnehmer verpflichtet sich, alle vom Arbeitgeber überlassenen Arbeitsmittel, Schlüssel und sonstige Gegenstände unverzüglich zurückzugeben.</w:t>
      </w:r>
    </w:p>
    <w:p/>
    <w:p>
      <w:r>
        <w:rPr>
          <w:b/>
          <w:sz w:val="20"/>
        </w:rPr>
        <w:t>§ 4 – Zeugnis</w:t>
      </w:r>
    </w:p>
    <w:p>
      <w:r>
        <w:rPr>
          <w:b w:val="0"/>
          <w:sz w:val="20"/>
        </w:rPr>
        <w:t>Der Arbeitgeber stellt dem Arbeitnehmer ein wohlwollendes Arbeitszeugnis aus, das die Leistungen und das Verhalten während der Beschäftigung beschreibt.</w:t>
      </w:r>
    </w:p>
    <w:p/>
    <w:p>
      <w:r>
        <w:rPr>
          <w:b/>
          <w:sz w:val="20"/>
        </w:rPr>
        <w:t>§ 5 – Sonstiges</w:t>
      </w:r>
    </w:p>
    <w:p>
      <w:r>
        <w:rPr>
          <w:b w:val="0"/>
          <w:sz w:val="20"/>
        </w:rPr>
        <w:t>Mündliche Nebenabreden bestehen nicht. Änderungen und Ergänzungen dieses Vertrages bedürfen der Schriftform.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https://vorlagenfy.com/aufhebungsvertrag-wahrend-der-probezeit-muster/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ufhebungsvertrag-wahrend-der-probezeit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