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 PACHTVERTRAG LANDWIRTSCHAFT</w:t>
      </w:r>
    </w:p>
    <w:p/>
    <w:p>
      <w:r>
        <w:rPr>
          <w:b/>
          <w:sz w:val="20"/>
        </w:rPr>
        <w:t>Zwischen folgenden Parteien wird folgender Aufhebungsvertrag geschlossen:</w:t>
      </w:r>
    </w:p>
    <w:p>
      <w:r>
        <w:rPr>
          <w:b/>
          <w:sz w:val="20"/>
        </w:rPr>
        <w:t>Pächter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Verpächter :</w:t>
      </w:r>
    </w:p>
    <w:p>
      <w:r>
        <w:rPr>
          <w:b w:val="0"/>
          <w:sz w:val="20"/>
        </w:rPr>
        <w:t>Vor- und Nachname / Firma : 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Die Parteien heben hiermit den bestehenden Pachtvertrag für landwirtschaftliche Flächen einvernehmlich auf. Die Flächen umfassen die im ursprünglichen Vertrag bezeichneten Grundstücke.</w:t>
      </w:r>
    </w:p>
    <w:p/>
    <w:p>
      <w:r>
        <w:rPr>
          <w:b/>
          <w:sz w:val="20"/>
        </w:rPr>
        <w:t>§ 2 – Beendigung und Rückgabe</w:t>
      </w:r>
    </w:p>
    <w:p>
      <w:r>
        <w:rPr>
          <w:b w:val="0"/>
          <w:sz w:val="20"/>
        </w:rPr>
        <w:t>Der Pachtvertrag endet mit Unterzeichnung dieses Aufhebungsvertrags. Der Pächter verpflichtet sich, die gepachteten Flächen in ordnungsgemäßem Zustand an den Verpächter zurückzugeben.</w:t>
      </w:r>
    </w:p>
    <w:p/>
    <w:p>
      <w:r>
        <w:rPr>
          <w:b/>
          <w:sz w:val="20"/>
        </w:rPr>
        <w:t>§ 3 – Abrechnung und ausstehende Zahlungen</w:t>
      </w:r>
    </w:p>
    <w:p>
      <w:r>
        <w:rPr>
          <w:b w:val="0"/>
          <w:sz w:val="20"/>
        </w:rPr>
        <w:t>Etwaige ausstehende Pachtzahlungen, Nebenkosten oder sonstige Forderungen sind bis zur Beendigung des Pachtverhältnisses zu begleichen. Beide Parteien bestätigen, dass keine weiteren Forderungen bestehen.</w:t>
      </w:r>
    </w:p>
    <w:p/>
    <w:p>
      <w:r>
        <w:rPr>
          <w:b/>
          <w:sz w:val="20"/>
        </w:rPr>
        <w:t>§ 4 – Haftungsausschluss</w:t>
      </w:r>
    </w:p>
    <w:p>
      <w:r>
        <w:rPr>
          <w:b w:val="0"/>
          <w:sz w:val="20"/>
        </w:rPr>
        <w:t>Mit Unterzeichnung dieses Aufhebungsvertrags verzichten beide Parteien gegenseitig auf weitere Ansprüche aus dem Pachtverhältnis, soweit nicht aus zwingenden gesetzlichen Gründen etwas anderes bestimmt ist.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Dieser Vertrag ersetzt alle früheren mündlichen und schriftlichen Absprachen zwischen den Parteien bezüglich des Pachtvertrags. Änderungen bedürfen der Schriftform.</w:t>
      </w:r>
    </w:p>
    <w:p>
      <w:r>
        <w:rPr>
          <w:b w:val="0"/>
          <w:sz w:val="20"/>
        </w:rPr>
        <w:t>Sollten einzelne Bestimmungen dieses Vertrages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VERPÄCHTER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PÄCHTER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https://vorlagenfy.com/aufhebungsvertrag-pachtvertrag-landwirtschaft/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ufhebungsvertrag-pachtvertrag-landwirtschaf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