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AUFGABEBILANZ KLEINUNTERNEHMER - MUSTER</w:t>
      </w:r>
    </w:p>
    <w:p/>
    <w:p>
      <w:r>
        <w:rPr>
          <w:b/>
          <w:sz w:val="20"/>
        </w:rPr>
        <w:t>Angaben zum Kleinunternehmer :</w:t>
      </w:r>
    </w:p>
    <w:p>
      <w:r>
        <w:rPr>
          <w:b w:val="0"/>
          <w:sz w:val="20"/>
        </w:rPr>
        <w:t>Name, Vorname bzw. Firma : _______________________________________________</w:t>
      </w:r>
    </w:p>
    <w:p>
      <w:r>
        <w:rPr>
          <w:b w:val="0"/>
          <w:sz w:val="20"/>
        </w:rPr>
        <w:t>Anschrift : _______________________________________________________________</w:t>
      </w:r>
    </w:p>
    <w:p>
      <w:r>
        <w:rPr>
          <w:b w:val="0"/>
          <w:sz w:val="20"/>
        </w:rPr>
        <w:t>Steuernummer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</w:t>
      </w:r>
    </w:p>
    <w:p/>
    <w:p>
      <w:r>
        <w:rPr>
          <w:b/>
          <w:sz w:val="20"/>
        </w:rPr>
        <w:t>Übersicht der Einnahmen und Ausgaben</w:t>
      </w:r>
    </w:p>
    <w:p>
      <w:r>
        <w:rPr>
          <w:b w:val="0"/>
          <w:sz w:val="20"/>
        </w:rPr>
        <w:t>Bitte tragen Sie die Werte ohne Umsatzsteuer ein.</w:t>
      </w:r>
    </w:p>
    <w:p/>
    <w:p>
      <w:r>
        <w:rPr>
          <w:b/>
          <w:sz w:val="20"/>
        </w:rPr>
        <w:t>Einnahmen</w:t>
      </w:r>
    </w:p>
    <w:p>
      <w:r>
        <w:rPr>
          <w:b w:val="0"/>
          <w:sz w:val="20"/>
        </w:rPr>
        <w:t>Gesamte Betriebseinnahmen (netto) : _______________________________ EUR</w:t>
      </w:r>
    </w:p>
    <w:p>
      <w:r>
        <w:rPr>
          <w:b w:val="0"/>
          <w:sz w:val="20"/>
        </w:rPr>
        <w:t>Davon steuerfreie Umsätze : ______________________________________ EUR</w:t>
      </w:r>
    </w:p>
    <w:p>
      <w:r>
        <w:rPr>
          <w:b w:val="0"/>
          <w:sz w:val="20"/>
        </w:rPr>
        <w:t>Umsatzsteuerpflichtige Umsätze : ________________________________ EUR</w:t>
      </w:r>
    </w:p>
    <w:p/>
    <w:p>
      <w:r>
        <w:rPr>
          <w:b/>
          <w:sz w:val="20"/>
        </w:rPr>
        <w:t>Ausgaben</w:t>
      </w:r>
    </w:p>
    <w:p>
      <w:r>
        <w:rPr>
          <w:b w:val="0"/>
          <w:sz w:val="20"/>
        </w:rPr>
        <w:t>Gesamte Betriebsausgaben (netto) : _______________________________ EUR</w:t>
      </w:r>
    </w:p>
    <w:p>
      <w:r>
        <w:rPr>
          <w:b w:val="0"/>
          <w:sz w:val="20"/>
        </w:rPr>
        <w:t>Davon Vorsteuerbeträge : _________________________________________ EUR</w:t>
      </w:r>
    </w:p>
    <w:p/>
    <w:p>
      <w:r>
        <w:rPr>
          <w:b/>
          <w:sz w:val="20"/>
        </w:rPr>
        <w:t>Gewinnermittlung (Einnahmen minus Ausgaben)</w:t>
      </w:r>
    </w:p>
    <w:p>
      <w:r>
        <w:rPr>
          <w:b w:val="0"/>
          <w:sz w:val="20"/>
        </w:rPr>
        <w:t>Gewinn/Verlust : _________________________________________________ EUR</w:t>
      </w:r>
    </w:p>
    <w:p/>
    <w:p>
      <w:r>
        <w:rPr>
          <w:b/>
          <w:sz w:val="20"/>
        </w:rPr>
        <w:t>Anmerkungen 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UNTERNEHMER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BERATER / STEUERBERATER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https://vorlagenfy.com/aufgabebilanz-kleinunternehmer-muster/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aufgabebilanz-kleinunternehmer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