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ARBEITSAUFTRAG</w:t>
      </w:r>
    </w:p>
    <w:p/>
    <w:p>
      <w:r>
        <w:rPr>
          <w:b/>
          <w:sz w:val="20"/>
        </w:rPr>
        <w:t>Auftraggeber :</w:t>
      </w:r>
    </w:p>
    <w:p>
      <w:r>
        <w:rPr>
          <w:b w:val="0"/>
          <w:sz w:val="20"/>
        </w:rPr>
        <w:t>Firma/Name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</w:t>
      </w:r>
    </w:p>
    <w:p/>
    <w:p>
      <w:r>
        <w:rPr>
          <w:b/>
          <w:sz w:val="20"/>
        </w:rPr>
        <w:t>Auftragnehmer :</w:t>
      </w:r>
    </w:p>
    <w:p>
      <w:r>
        <w:rPr>
          <w:b w:val="0"/>
          <w:sz w:val="20"/>
        </w:rPr>
        <w:t>Firma/Name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</w:t>
      </w:r>
    </w:p>
    <w:p/>
    <w:p>
      <w:r>
        <w:rPr>
          <w:b/>
          <w:sz w:val="20"/>
        </w:rPr>
        <w:t>Leistungsbeschreibung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Leistungszeitraum :</w:t>
      </w:r>
    </w:p>
    <w:p>
      <w:r>
        <w:rPr>
          <w:b w:val="0"/>
          <w:sz w:val="20"/>
        </w:rPr>
        <w:t>Beginn : ____________________________</w:t>
      </w:r>
    </w:p>
    <w:p>
      <w:r>
        <w:rPr>
          <w:b w:val="0"/>
          <w:sz w:val="20"/>
        </w:rPr>
        <w:t>Ende : _____________________________</w:t>
      </w:r>
    </w:p>
    <w:p/>
    <w:p>
      <w:r>
        <w:rPr>
          <w:b/>
          <w:sz w:val="20"/>
        </w:rPr>
        <w:t>Vergütung :</w:t>
      </w:r>
    </w:p>
    <w:p>
      <w:r>
        <w:rPr>
          <w:b w:val="0"/>
          <w:sz w:val="20"/>
        </w:rPr>
        <w:t>Pauschalpreis / Stundenlohn : __________________________________________</w:t>
      </w:r>
    </w:p>
    <w:p>
      <w:r>
        <w:rPr>
          <w:b w:val="0"/>
          <w:sz w:val="20"/>
        </w:rPr>
        <w:t>Zahlungsbedingungen : __________________________________________________</w:t>
      </w:r>
    </w:p>
    <w:p/>
    <w:p>
      <w:r>
        <w:rPr>
          <w:b/>
          <w:sz w:val="20"/>
        </w:rPr>
        <w:t>Pflichten des Auftragnehmers :</w:t>
      </w:r>
    </w:p>
    <w:p>
      <w:r>
        <w:rPr>
          <w:b w:val="0"/>
          <w:sz w:val="20"/>
        </w:rPr>
        <w:t>Der Auftragnehmer verpflichtet sich, die vereinbarten Leistungen fachgerecht und termingerecht zu erbringen.</w:t>
      </w:r>
    </w:p>
    <w:p/>
    <w:p>
      <w:r>
        <w:rPr>
          <w:b/>
          <w:sz w:val="20"/>
        </w:rPr>
        <w:t>Pflichten des Auftraggebers :</w:t>
      </w:r>
    </w:p>
    <w:p>
      <w:r>
        <w:rPr>
          <w:b w:val="0"/>
          <w:sz w:val="20"/>
        </w:rPr>
        <w:t>Der Auftraggeber verpflichtet sich, alle erforderlichen Informationen und Zugänge rechtzeitig bereitzustellen.</w:t>
      </w:r>
    </w:p>
    <w:p/>
    <w:p>
      <w:r>
        <w:rPr>
          <w:b/>
          <w:sz w:val="20"/>
        </w:rPr>
        <w:t>Haftung und Gewährleistung :</w:t>
      </w:r>
    </w:p>
    <w:p>
      <w:r>
        <w:rPr>
          <w:b w:val="0"/>
          <w:sz w:val="20"/>
        </w:rPr>
        <w:t>Der Auftragnehmer haftet für Schäden nur bei Vorsatz oder grober Fahrlässigkeit. Die Gewährleistungsfrist beträgt 12 Monate ab Abnahme der Leistung.</w:t>
      </w:r>
    </w:p>
    <w:p/>
    <w:p>
      <w:r>
        <w:rPr>
          <w:b/>
          <w:sz w:val="20"/>
        </w:rPr>
        <w:t>Vertragsänderungen :</w:t>
      </w:r>
    </w:p>
    <w:p>
      <w:r>
        <w:rPr>
          <w:b w:val="0"/>
          <w:sz w:val="20"/>
        </w:rPr>
        <w:t>Änderungen und Ergänzungen dieses Arbeitsauftrags bedürfen der Schriftform.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Sollten einzelne Bestimmungen dieses Vertrags unwirksam sein oder werden, bleibt die Wirksamkeit der übrigen Bestimmungen unberührt.</w:t>
      </w:r>
    </w:p>
    <w:p>
      <w:r>
        <w:rPr>
          <w:b w:val="0"/>
          <w:sz w:val="20"/>
        </w:rPr>
        <w:t>Gerichtsstand ist der Sitz des Auftraggebers, sofern gesetzlich zulässig.</w:t>
      </w:r>
    </w:p>
    <w:p/>
    <w:p/>
    <w:p>
      <w:r>
        <w:rPr>
          <w:b w:val="0"/>
          <w:sz w:val="20"/>
        </w:rPr>
        <w:t>Ort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https://vorlagenfy.com/arbeitsauftrag-vorlage/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rbeitsauftra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