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ANSCHREIBEN AN DEN RENTENVERSICHERUNGSTRÄGER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Versicherungsnummer (falls bekannt) : 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Deutsche Rentenversicherung</w:t>
      </w:r>
    </w:p>
    <w:p>
      <w:r>
        <w:rPr>
          <w:b w:val="0"/>
          <w:sz w:val="20"/>
        </w:rPr>
        <w:t>Straße : ___________________________________________________________</w:t>
      </w:r>
    </w:p>
    <w:p>
      <w:r>
        <w:rPr>
          <w:b w:val="0"/>
          <w:sz w:val="20"/>
        </w:rPr>
        <w:t>PLZ und Ort : 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Anfrage / Mitteilung bezüglich meiner Rentenversicherung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wende ich mich an Sie, um folgende Angelegenheit in Bezug auf meine Rentenversicherung zu klären:</w:t>
      </w:r>
    </w:p>
    <w:p/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Ich bitte um eine schriftliche Rückmeldung sowie um Mitteilung, welche Unterlagen ggf. noch benötigt werden.</w:t>
      </w:r>
    </w:p>
    <w:p/>
    <w:p>
      <w:r>
        <w:rPr>
          <w:b w:val="0"/>
          <w:sz w:val="20"/>
        </w:rPr>
        <w:t>Vielen Dank für Ihre Unterstützung.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Anlagen: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_______________________________________________________________</w:t>
              <w:br/>
              <w:t>_______________________________________________________________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https://vorlagenfy.com/anschreiben-an-den-rentenversicherungstrager/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nschreiben-an-den-rentenversicherungstrag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