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ÄNDERUNGSMANAGEMENT PROZESSVORLAGE</w:t>
      </w:r>
    </w:p>
    <w:p/>
    <w:p>
      <w:r>
        <w:rPr>
          <w:b/>
          <w:sz w:val="20"/>
        </w:rPr>
        <w:t>1. Änderungsantrag</w:t>
      </w:r>
    </w:p>
    <w:p>
      <w:r>
        <w:rPr>
          <w:b w:val="0"/>
          <w:sz w:val="20"/>
        </w:rPr>
        <w:t>Antragsteller : _______________________________________________________</w:t>
      </w:r>
    </w:p>
    <w:p>
      <w:r>
        <w:rPr>
          <w:b w:val="0"/>
          <w:sz w:val="20"/>
        </w:rPr>
        <w:t>Abteilung/Funktion : _________________________________________________</w:t>
      </w:r>
    </w:p>
    <w:p>
      <w:r>
        <w:rPr>
          <w:b w:val="0"/>
          <w:sz w:val="20"/>
        </w:rPr>
        <w:t>Beschreibung der Änderung : ___________________________________________</w:t>
      </w:r>
    </w:p>
    <w:p>
      <w:r>
        <w:rPr>
          <w:b w:val="0"/>
          <w:sz w:val="20"/>
        </w:rPr>
        <w:t>_____________________________________________________________________</w:t>
      </w:r>
    </w:p>
    <w:p>
      <w:r>
        <w:rPr>
          <w:b w:val="0"/>
          <w:sz w:val="20"/>
        </w:rPr>
        <w:t>Begründung der Änderung : ____________________________________________</w:t>
      </w:r>
    </w:p>
    <w:p>
      <w:r>
        <w:rPr>
          <w:b w:val="0"/>
          <w:sz w:val="20"/>
        </w:rPr>
        <w:t>_____________________________________________________________________</w:t>
      </w:r>
    </w:p>
    <w:p/>
    <w:p>
      <w:r>
        <w:rPr>
          <w:b/>
          <w:sz w:val="20"/>
        </w:rPr>
        <w:t>2. Bewertung der Änderung</w:t>
      </w:r>
    </w:p>
    <w:p>
      <w:r>
        <w:rPr>
          <w:b w:val="0"/>
          <w:sz w:val="20"/>
        </w:rPr>
        <w:t>Auswirkungen auf Projektumfang : ____________________________________</w:t>
      </w:r>
    </w:p>
    <w:p>
      <w:r>
        <w:rPr>
          <w:b w:val="0"/>
          <w:sz w:val="20"/>
        </w:rPr>
        <w:t>Auswirkungen auf Termine : ___________________________________________</w:t>
      </w:r>
    </w:p>
    <w:p>
      <w:r>
        <w:rPr>
          <w:b w:val="0"/>
          <w:sz w:val="20"/>
        </w:rPr>
        <w:t>Auswirkungen auf Kosten : ____________________________________________</w:t>
      </w:r>
    </w:p>
    <w:p>
      <w:r>
        <w:rPr>
          <w:b w:val="0"/>
          <w:sz w:val="20"/>
        </w:rPr>
        <w:t>Risiken und Chancen : ________________________________________________</w:t>
      </w:r>
    </w:p>
    <w:p>
      <w:r>
        <w:rPr>
          <w:b w:val="0"/>
          <w:sz w:val="20"/>
        </w:rPr>
        <w:t>_____________________________________________________________________</w:t>
      </w:r>
    </w:p>
    <w:p/>
    <w:p>
      <w:r>
        <w:rPr>
          <w:b/>
          <w:sz w:val="20"/>
        </w:rPr>
        <w:t>3. Genehmigung</w:t>
      </w:r>
    </w:p>
    <w:p>
      <w:r>
        <w:rPr>
          <w:b w:val="0"/>
          <w:sz w:val="20"/>
        </w:rPr>
        <w:t>Genehmigt durch : ___________________________________________________</w:t>
      </w:r>
    </w:p>
    <w:p>
      <w:r>
        <w:rPr>
          <w:b w:val="0"/>
          <w:sz w:val="20"/>
        </w:rPr>
        <w:t>Position : ___________________________________________________________</w:t>
      </w:r>
    </w:p>
    <w:p>
      <w:r>
        <w:rPr>
          <w:b w:val="0"/>
          <w:sz w:val="20"/>
        </w:rPr>
        <w:t>Genehmigungsdatum : __________________________________________________</w:t>
      </w:r>
    </w:p>
    <w:p>
      <w:r>
        <w:rPr>
          <w:b w:val="0"/>
          <w:sz w:val="20"/>
        </w:rPr>
        <w:t>Unterschrift : _______________________________________________________</w:t>
      </w:r>
    </w:p>
    <w:p/>
    <w:p>
      <w:r>
        <w:rPr>
          <w:b/>
          <w:sz w:val="20"/>
        </w:rPr>
        <w:t>4. Umsetzung der Änderung</w:t>
      </w:r>
    </w:p>
    <w:p>
      <w:r>
        <w:rPr>
          <w:b w:val="0"/>
          <w:sz w:val="20"/>
        </w:rPr>
        <w:t>Verantwortlicher : _________________________________________________</w:t>
      </w:r>
    </w:p>
    <w:p>
      <w:r>
        <w:rPr>
          <w:b w:val="0"/>
          <w:sz w:val="20"/>
        </w:rPr>
        <w:t>Umsetzungsfrist : _________________________________________________</w:t>
      </w:r>
    </w:p>
    <w:p>
      <w:r>
        <w:rPr>
          <w:b w:val="0"/>
          <w:sz w:val="20"/>
        </w:rPr>
        <w:t>Status der Umsetzung : ______________________________________________</w:t>
      </w:r>
    </w:p>
    <w:p>
      <w:r>
        <w:rPr>
          <w:b w:val="0"/>
          <w:sz w:val="20"/>
        </w:rPr>
        <w:t>Bemerkungen : ______________________________________________________</w:t>
      </w:r>
    </w:p>
    <w:p>
      <w:r>
        <w:rPr>
          <w:b w:val="0"/>
          <w:sz w:val="20"/>
        </w:rPr>
        <w:t>_____________________________________________________________________</w:t>
      </w:r>
    </w:p>
    <w:p/>
    <w:p>
      <w:r>
        <w:rPr>
          <w:b/>
          <w:sz w:val="20"/>
        </w:rPr>
        <w:t>5. Dokumentation</w:t>
      </w:r>
    </w:p>
    <w:p>
      <w:r>
        <w:rPr>
          <w:b w:val="0"/>
          <w:sz w:val="20"/>
        </w:rPr>
        <w:t>Alle betroffenen Dokumente wurden angepasst : _______________________</w:t>
      </w:r>
    </w:p>
    <w:p>
      <w:r>
        <w:rPr>
          <w:b w:val="0"/>
          <w:sz w:val="20"/>
        </w:rPr>
        <w:t>Dokumentname/n : _________________________________________________</w:t>
      </w:r>
    </w:p>
    <w:p>
      <w:r>
        <w:rPr>
          <w:b w:val="0"/>
          <w:sz w:val="20"/>
        </w:rPr>
        <w:t>Datum der Aktualisierung : 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ANTRAGSTELLER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GENEHMIGER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https://vorlagenfy.com/anderungsmanagement-prozess-vorlage/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https://vorlagenfy.com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vorlagenfy.com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orlagenfy.com/anderungsmanagement-prozess-vorlage/" TargetMode="External"/><Relationship Id="rId10" Type="http://schemas.openxmlformats.org/officeDocument/2006/relationships/hyperlink" Target="https://vorlagenf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