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FORMULAR ZUR ÄNDERUNG DER BANKVERBINDUNG</w:t>
      </w:r>
    </w:p>
    <w:p/>
    <w:p>
      <w:r>
        <w:rPr>
          <w:b/>
          <w:sz w:val="20"/>
        </w:rPr>
        <w:t>Bitte füllen Sie dieses Formular vollständig aus, um Ihre Bankverbindung zu ändern.</w:t>
      </w:r>
    </w:p>
    <w:p/>
    <w:p>
      <w:r>
        <w:rPr>
          <w:b/>
          <w:sz w:val="20"/>
        </w:rPr>
        <w:t>Kundendaten:</w:t>
      </w:r>
    </w:p>
    <w:p>
      <w:r>
        <w:rPr>
          <w:b w:val="0"/>
          <w:sz w:val="20"/>
        </w:rPr>
        <w:t>Vor- und Nachname : __________________________________________________________</w:t>
      </w:r>
    </w:p>
    <w:p>
      <w:r>
        <w:rPr>
          <w:b w:val="0"/>
          <w:sz w:val="20"/>
        </w:rPr>
        <w:t>Kundennummer (falls vorhanden) : ____________________________________________</w:t>
      </w:r>
    </w:p>
    <w:p>
      <w:r>
        <w:rPr>
          <w:b w:val="0"/>
          <w:sz w:val="20"/>
        </w:rPr>
        <w:t>Anschrift : _________________________________________________________________</w:t>
      </w:r>
    </w:p>
    <w:p>
      <w:r>
        <w:rPr>
          <w:b w:val="0"/>
          <w:sz w:val="20"/>
        </w:rPr>
        <w:t>Telefonnummer : _____________________________________________________________</w:t>
      </w:r>
    </w:p>
    <w:p/>
    <w:p>
      <w:r>
        <w:rPr>
          <w:b/>
          <w:sz w:val="20"/>
        </w:rPr>
        <w:t>Alte Bankverbindung:</w:t>
      </w:r>
    </w:p>
    <w:p>
      <w:r>
        <w:rPr>
          <w:b w:val="0"/>
          <w:sz w:val="20"/>
        </w:rPr>
        <w:t>Name der Bank : _____________________________________________________________</w:t>
      </w:r>
    </w:p>
    <w:p>
      <w:r>
        <w:rPr>
          <w:b w:val="0"/>
          <w:sz w:val="20"/>
        </w:rPr>
        <w:t>IBAN : _________________________________________________________________</w:t>
      </w:r>
    </w:p>
    <w:p>
      <w:r>
        <w:rPr>
          <w:b w:val="0"/>
          <w:sz w:val="20"/>
        </w:rPr>
        <w:t>BIC : _________________________________________________________________</w:t>
      </w:r>
    </w:p>
    <w:p/>
    <w:p>
      <w:r>
        <w:rPr>
          <w:b/>
          <w:sz w:val="20"/>
        </w:rPr>
        <w:t>Neue Bankverbindung:</w:t>
      </w:r>
    </w:p>
    <w:p>
      <w:r>
        <w:rPr>
          <w:b w:val="0"/>
          <w:sz w:val="20"/>
        </w:rPr>
        <w:t>Name der Bank : _____________________________________________________________</w:t>
      </w:r>
    </w:p>
    <w:p>
      <w:r>
        <w:rPr>
          <w:b w:val="0"/>
          <w:sz w:val="20"/>
        </w:rPr>
        <w:t>IBAN : _________________________________________________________________</w:t>
      </w:r>
    </w:p>
    <w:p>
      <w:r>
        <w:rPr>
          <w:b w:val="0"/>
          <w:sz w:val="20"/>
        </w:rPr>
        <w:t>BIC : _________________________________________________________________</w:t>
      </w:r>
    </w:p>
    <w:p/>
    <w:p>
      <w:r>
        <w:rPr>
          <w:b/>
          <w:sz w:val="20"/>
        </w:rPr>
        <w:t>Hiermit erteile ich den Auftrag, sämtliche zukünftigen Zahlungen auf das oben genannte neue Konto zu überweisen.</w:t>
      </w:r>
    </w:p>
    <w:p/>
    <w:p>
      <w:r>
        <w:rPr>
          <w:b/>
          <w:sz w:val="20"/>
        </w:rPr>
        <w:t>Rechtliche Hinweise:</w:t>
      </w:r>
    </w:p>
    <w:p>
      <w:r>
        <w:rPr>
          <w:b w:val="0"/>
          <w:sz w:val="20"/>
        </w:rPr>
        <w:t>Mit der Unterzeichnung bestätige ich, dass die Angaben vollständig und korrekt sind. Die Änderung der Bankverbindung gilt ab Eingang dieses Formulars. Für Rückfragen stehe ich unter den angegebenen Kontaktdaten zur Verfügung.</w:t>
      </w:r>
    </w:p>
    <w:p/>
    <w:p/>
    <w:p>
      <w:r>
        <w:rPr>
          <w:b w:val="0"/>
          <w:sz w:val="20"/>
        </w:rPr>
        <w:t xml:space="preserve">Ort : ______________________________________________________    </w:t>
      </w:r>
    </w:p>
    <w:p>
      <w:r>
        <w:rPr>
          <w:b w:val="0"/>
          <w:sz w:val="20"/>
        </w:rPr>
        <w:t>Unterschrift : 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Kunde</w:t>
            </w:r>
          </w:p>
        </w:tc>
        <w:tc>
          <w:tcPr>
            <w:tcW w:type="dxa" w:w="4986"/>
            <w:tcBorders>
              <w:top w:val="nil"/>
              <w:left w:val="nil"/>
              <w:bottom w:val="nil"/>
              <w:right w:val="nil"/>
              <w:insideH w:val="nil"/>
              <w:insideV w:val="nil"/>
            </w:tcBorders>
          </w:tcPr>
          <w:p>
            <w:pPr>
              <w:jc w:val="center"/>
            </w:pPr>
            <w:r>
              <w:t>Mitarbeiter (Empfang)</w:t>
            </w:r>
          </w:p>
        </w:tc>
      </w:tr>
      <w:tr>
        <w:tc>
          <w:tcPr>
            <w:tcW w:type="dxa" w:w="4986"/>
            <w:tcBorders>
              <w:top w:val="nil"/>
              <w:left w:val="nil"/>
              <w:bottom w:val="nil"/>
              <w:right w:val="nil"/>
              <w:insideH w:val="nil"/>
              <w:insideV w:val="nil"/>
            </w:tcBorders>
          </w:tcPr>
          <w:p>
            <w:pPr>
              <w:jc w:val="center"/>
            </w:pPr>
            <w:r>
              <w:br/>
              <w:br/>
              <w:t>Unterschrift : _____________________________</w:t>
            </w:r>
          </w:p>
        </w:tc>
        <w:tc>
          <w:tcPr>
            <w:tcW w:type="dxa" w:w="4986"/>
            <w:tcBorders>
              <w:top w:val="nil"/>
              <w:left w:val="nil"/>
              <w:bottom w:val="nil"/>
              <w:right w:val="nil"/>
              <w:insideH w:val="nil"/>
              <w:insideV w:val="nil"/>
            </w:tcBorders>
          </w:tcPr>
          <w:p>
            <w:pPr>
              <w:jc w:val="center"/>
            </w:pPr>
            <w:r>
              <w:br/>
              <w:br/>
              <w:t>Unterschrift : 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https://vorlagenfy.com/anderung-bankverbindung-formular/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anderung-bankverbindung-formular/"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