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AKTENVERMERK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_____________________________________________________________</w:t>
      </w:r>
    </w:p>
    <w:p/>
    <w:p>
      <w:r>
        <w:rPr>
          <w:b/>
          <w:sz w:val="20"/>
        </w:rPr>
        <w:t>Verfasser :</w:t>
      </w:r>
    </w:p>
    <w:p>
      <w:r>
        <w:rPr>
          <w:b w:val="0"/>
          <w:sz w:val="20"/>
        </w:rPr>
        <w:t>Name : ___________________________________________________________</w:t>
      </w:r>
    </w:p>
    <w:p>
      <w:r>
        <w:rPr>
          <w:b w:val="0"/>
          <w:sz w:val="20"/>
        </w:rPr>
        <w:t>Abteilung : _______________________________________________________</w:t>
      </w:r>
    </w:p>
    <w:p>
      <w:r>
        <w:rPr>
          <w:b w:val="0"/>
          <w:sz w:val="20"/>
        </w:rPr>
        <w:t>Telefon : _________________________________________________________</w:t>
      </w:r>
    </w:p>
    <w:p/>
    <w:p>
      <w:r>
        <w:rPr>
          <w:b/>
          <w:sz w:val="20"/>
        </w:rPr>
        <w:t>Beteiligte Personen :</w:t>
      </w:r>
    </w:p>
    <w:p>
      <w:r>
        <w:rPr>
          <w:b w:val="0"/>
          <w:sz w:val="20"/>
        </w:rPr>
        <w:t>Name : ___________________________________________________________</w:t>
      </w:r>
    </w:p>
    <w:p>
      <w:r>
        <w:rPr>
          <w:b w:val="0"/>
          <w:sz w:val="20"/>
        </w:rPr>
        <w:t>Funktion : ________________________________________________________</w:t>
      </w:r>
    </w:p>
    <w:p>
      <w:r>
        <w:rPr>
          <w:b w:val="0"/>
          <w:sz w:val="20"/>
        </w:rPr>
        <w:t>Name : ___________________________________________________________</w:t>
      </w:r>
    </w:p>
    <w:p>
      <w:r>
        <w:rPr>
          <w:b w:val="0"/>
          <w:sz w:val="20"/>
        </w:rPr>
        <w:t>Funktion : ________________________________________________________</w:t>
      </w:r>
    </w:p>
    <w:p/>
    <w:p>
      <w:r>
        <w:rPr>
          <w:b/>
          <w:sz w:val="20"/>
        </w:rPr>
        <w:t>Sachverhalt :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/>
          <w:sz w:val="20"/>
        </w:rPr>
        <w:t>Maßnahmen / Beschluss :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/>
          <w:sz w:val="20"/>
        </w:rPr>
        <w:t>Sonstiges :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/>
    <w:p>
      <w:r>
        <w:rPr>
          <w:b w:val="0"/>
          <w:sz w:val="20"/>
        </w:rPr>
        <w:t>Ort : _____________________________________________________________</w:t>
      </w:r>
    </w:p>
    <w:p>
      <w:r>
        <w:rPr>
          <w:b w:val="0"/>
          <w:sz w:val="20"/>
        </w:rPr>
        <w:t>Verantwortlicher : 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Verfasser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https://vorlagenfy.com/aktenvermerk-muster/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aktenvermerk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