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ABTRETUNGSERKLÄRUNG EUROWINGS</w:t>
      </w:r>
    </w:p>
    <w:p/>
    <w:p>
      <w:r>
        <w:rPr>
          <w:b/>
          <w:sz w:val="20"/>
        </w:rPr>
        <w:t>Hiermit erkläre ich, der Unterzeichnende, folgendes:</w:t>
      </w:r>
    </w:p>
    <w:p/>
    <w:p>
      <w:r>
        <w:rPr>
          <w:b w:val="0"/>
          <w:sz w:val="20"/>
        </w:rPr>
        <w:t>Abtretender: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 w:val="0"/>
          <w:sz w:val="20"/>
        </w:rPr>
        <w:t>Abtretungsempfänger:</w:t>
      </w:r>
    </w:p>
    <w:p>
      <w:r>
        <w:rPr>
          <w:b w:val="0"/>
          <w:sz w:val="20"/>
        </w:rPr>
        <w:t>Vor- und Nachname / Firma : 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Abgetretene Rechte:</w:t>
      </w:r>
    </w:p>
    <w:p>
      <w:r>
        <w:rPr>
          <w:b w:val="0"/>
          <w:sz w:val="20"/>
        </w:rPr>
        <w:t>Ich trete hiermit alle meine Ansprüche, Rechte und Forderungen gegenüber der Eurowings GmbH aus dem Vertrag mit der Buchungsnummer _______________________ vollständig und unwiderruflich an den Abtretungsempfänger ab.</w:t>
      </w:r>
    </w:p>
    <w:p/>
    <w:p>
      <w:r>
        <w:rPr>
          <w:b w:val="0"/>
          <w:sz w:val="20"/>
        </w:rPr>
        <w:t>Die Abtretung umfasst insbesondere alle Forderungen auf Rückzahlung, Entschädigung oder sonstige Leistungen, die im Zusammenhang mit dem genannten Vertrag stehen.</w:t>
      </w:r>
    </w:p>
    <w:p/>
    <w:p>
      <w:r>
        <w:rPr>
          <w:b/>
          <w:sz w:val="20"/>
        </w:rPr>
        <w:t>Erklärung zur Zustimmung:</w:t>
      </w:r>
    </w:p>
    <w:p>
      <w:r>
        <w:rPr>
          <w:b w:val="0"/>
          <w:sz w:val="20"/>
        </w:rPr>
        <w:t>Der Abtretungsempfänger erklärt hiermit, die Abtretung anzunehmen und alle damit verbundenen Rechte und Pflichten zu übernehmen.</w:t>
      </w:r>
    </w:p>
    <w:p/>
    <w:p>
      <w:r>
        <w:rPr>
          <w:b/>
          <w:sz w:val="20"/>
        </w:rPr>
        <w:t>Sonstige Vereinbarungen:</w:t>
      </w:r>
    </w:p>
    <w:p>
      <w:r>
        <w:rPr>
          <w:b w:val="0"/>
          <w:sz w:val="20"/>
        </w:rPr>
        <w:t>Diese Abtretung erfolgt unter Ausschluss einer weiteren Abtretung oder Belastung der abgetretenen Rechte durch den Abtretenden.</w:t>
      </w:r>
    </w:p>
    <w:p/>
    <w:p>
      <w:r>
        <w:rPr>
          <w:b/>
          <w:sz w:val="20"/>
        </w:rPr>
        <w:t>Rechtswahl und Gerichtsstand:</w:t>
      </w:r>
    </w:p>
    <w:p>
      <w:r>
        <w:rPr>
          <w:b w:val="0"/>
          <w:sz w:val="20"/>
        </w:rPr>
        <w:t>Für diese Abtretung gilt ausschließlich deutsches Recht. Gerichtsstand ist, soweit gesetzlich zulässig, der Sitz des Abtretungsempfängers.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ABTRETENDER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ABTRETUNGSEMPFÄNGER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https://vorlagenfy.com/abtretungserklarung-eurowings/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btretungserklarung-eurowings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