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ABSAGE IHRER ANFRAGE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wir bedanken uns herzlich für Ihre Anfrage und das damit entgegengebrachte Interesse. Nach sorgfältiger Prüfung müssen wir Ihnen jedoch mitteilen, dass wir Ihre Anfrage leider nicht positiv beantworten können.</w:t>
      </w:r>
    </w:p>
    <w:p/>
    <w:p>
      <w:r>
        <w:rPr>
          <w:b w:val="0"/>
          <w:sz w:val="20"/>
        </w:rPr>
        <w:t>Bitte haben Sie Verständnis dafür, dass wir aufgrund interner Kapazitäten, vorliegender Auftragslage oder anderer betrieblicher Gründe derzeit keine weiteren Aufträge annehmen können.</w:t>
      </w:r>
    </w:p>
    <w:p/>
    <w:p>
      <w:r>
        <w:rPr>
          <w:b w:val="0"/>
          <w:sz w:val="20"/>
        </w:rPr>
        <w:t>Wir hoffen auf Ihr Verständnis und stehen Ihnen bei zukünftigen Anfragen gerne wieder zur Verfügung.</w:t>
      </w:r>
    </w:p>
    <w:p/>
    <w:p>
      <w:r>
        <w:rPr>
          <w:b w:val="0"/>
          <w:sz w:val="20"/>
        </w:rPr>
        <w:t>Mit freundlichen Grüßen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Unternehmen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https://vorlagenfy.com/absage-anfrage-freundlich-formulieren/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absage-anfrage-freundlich-formulieren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