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ABFINDUNGSVEREINBARUNG</w:t>
      </w:r>
    </w:p>
    <w:p/>
    <w:p>
      <w:r>
        <w:rPr>
          <w:b/>
          <w:sz w:val="20"/>
        </w:rPr>
        <w:t>Zwischen</w:t>
      </w:r>
    </w:p>
    <w:p>
      <w:r>
        <w:rPr>
          <w:b/>
          <w:sz w:val="20"/>
        </w:rPr>
        <w:t>Arbeitgeber :</w:t>
      </w:r>
    </w:p>
    <w:p>
      <w:r>
        <w:rPr>
          <w:b w:val="0"/>
          <w:sz w:val="20"/>
        </w:rPr>
        <w:t>Firma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/>
    <w:p>
      <w:r>
        <w:rPr>
          <w:b/>
          <w:sz w:val="20"/>
        </w:rPr>
        <w:t>und</w:t>
      </w:r>
    </w:p>
    <w:p>
      <w:r>
        <w:rPr>
          <w:b/>
          <w:sz w:val="20"/>
        </w:rPr>
        <w:t>Arbeitnehmer :</w:t>
      </w:r>
    </w:p>
    <w:p>
      <w:r>
        <w:rPr>
          <w:b w:val="0"/>
          <w:sz w:val="20"/>
        </w:rPr>
        <w:t>Name, Vorname : 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/>
    <w:p>
      <w:r>
        <w:rPr>
          <w:b/>
          <w:sz w:val="20"/>
        </w:rPr>
        <w:t>Präambel</w:t>
      </w:r>
    </w:p>
    <w:p>
      <w:r>
        <w:rPr>
          <w:b w:val="0"/>
          <w:sz w:val="20"/>
        </w:rPr>
        <w:t>Die Parteien schließen diese Abfindungsvereinbarung, um die Beendigung des Arbeitsverhältnisses einvernehmlich und abschließend zu regeln.</w:t>
      </w:r>
    </w:p>
    <w:p/>
    <w:p>
      <w:r>
        <w:rPr>
          <w:b/>
          <w:sz w:val="20"/>
        </w:rPr>
        <w:t>§ 1 Beendigung des Arbeitsverhältnisses</w:t>
      </w:r>
    </w:p>
    <w:p>
      <w:r>
        <w:rPr>
          <w:b w:val="0"/>
          <w:sz w:val="20"/>
        </w:rPr>
        <w:t>Das Arbeitsverhältnis zwischen den Parteien endet mit Unterzeichnung dieser Vereinbarung ohne Einhaltung einer Kündigungsfrist.</w:t>
      </w:r>
    </w:p>
    <w:p/>
    <w:p>
      <w:r>
        <w:rPr>
          <w:b/>
          <w:sz w:val="20"/>
        </w:rPr>
        <w:t>§ 2 Abfindung</w:t>
      </w:r>
    </w:p>
    <w:p>
      <w:r>
        <w:rPr>
          <w:b w:val="0"/>
          <w:sz w:val="20"/>
        </w:rPr>
        <w:t>Der Arbeitgeber zahlt an den Arbeitnehmer eine Abfindung in Höhe von __________________ EUR netto brutto (bitte Zutreffendes streichen).</w:t>
      </w:r>
    </w:p>
    <w:p>
      <w:r>
        <w:rPr>
          <w:b w:val="0"/>
          <w:sz w:val="20"/>
        </w:rPr>
        <w:t>Die Abfindung wird spätestens mit der letzten Gehaltszahlung ausgezahlt.</w:t>
      </w:r>
    </w:p>
    <w:p/>
    <w:p>
      <w:r>
        <w:rPr>
          <w:b/>
          <w:sz w:val="20"/>
        </w:rPr>
        <w:t>§ 3 Freistellung</w:t>
      </w:r>
    </w:p>
    <w:p>
      <w:r>
        <w:rPr>
          <w:b w:val="0"/>
          <w:sz w:val="20"/>
        </w:rPr>
        <w:t>Der Arbeitnehmer wird bis zum Ende des Arbeitsverhältnisses unter Fortzahlung der vereinbarten Vergütung freigestellt.</w:t>
      </w:r>
    </w:p>
    <w:p/>
    <w:p>
      <w:r>
        <w:rPr>
          <w:b/>
          <w:sz w:val="20"/>
        </w:rPr>
        <w:t>§ 4 Zeugnis</w:t>
      </w:r>
    </w:p>
    <w:p>
      <w:r>
        <w:rPr>
          <w:b w:val="0"/>
          <w:sz w:val="20"/>
        </w:rPr>
        <w:t>Der Arbeitgeber stellt dem Arbeitnehmer ein wohlwollendes qualifiziertes Arbeitszeugnis aus.</w:t>
      </w:r>
    </w:p>
    <w:p/>
    <w:p>
      <w:r>
        <w:rPr>
          <w:b/>
          <w:sz w:val="20"/>
        </w:rPr>
        <w:t>§ 5 Gegenseitige Erledigung</w:t>
      </w:r>
    </w:p>
    <w:p>
      <w:r>
        <w:rPr>
          <w:b w:val="0"/>
          <w:sz w:val="20"/>
        </w:rPr>
        <w:t>Mit Erfüllung dieser Vereinbarung sind alle gegenseitigen Ansprüche aus dem Arbeitsverhältnis und seiner Beendigung abgegolten.</w:t>
      </w:r>
    </w:p>
    <w:p/>
    <w:p>
      <w:r>
        <w:rPr>
          <w:b/>
          <w:sz w:val="20"/>
        </w:rPr>
        <w:t>§ 6 Vertraulichkeit</w:t>
      </w:r>
    </w:p>
    <w:p>
      <w:r>
        <w:rPr>
          <w:b w:val="0"/>
          <w:sz w:val="20"/>
        </w:rPr>
        <w:t>Die Parteien verpflichten sich, über den Inhalt und die Umstände dieser Vereinbarung Stillschweigen zu bewahren.</w:t>
      </w:r>
    </w:p>
    <w:p/>
    <w:p>
      <w:r>
        <w:rPr>
          <w:b/>
          <w:sz w:val="20"/>
        </w:rPr>
        <w:t>§ 7 Salvatorische Klausel</w:t>
      </w:r>
    </w:p>
    <w:p>
      <w:r>
        <w:rPr>
          <w:b w:val="0"/>
          <w:sz w:val="20"/>
        </w:rPr>
        <w:t>Sollten einzelne Bestimmungen dieser Vereinbarung unwirksam sein,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________________________________________________________</w:t>
      </w:r>
    </w:p>
    <w:p>
      <w:r>
        <w:rPr>
          <w:b w:val="0"/>
          <w:sz w:val="20"/>
        </w:rPr>
        <w:t>Datum 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https://vorlagenfy.com/abfindung-bei-praxisaufgabe/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bfindung-bei-praxisaufgab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